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כפר עולמי: גיאוגרפיה לכיתה ז׳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המושגים המרכזיים של חמש היחידות באתר ולהשתמש בהם נכון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ולהבחין בין גורמים טכנולוגיים, פוליטיים, פיזיים והיסטוריים המשפיעים על תהליכים גיאוגרפיים גלובליים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דוגמאות ונתונים (פירמידות גילאים, מדדי גלובליות, מפות צפיפות) ולהסיק מהם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גיאוגרפית מנומקת תוך שימוש בשאלות הגיאוגרף: מה, למה כאן, ואיך זה קשור למקומות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עולם משתנה: מבוא לגיאוגרפיה של הכפר הגלובלי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מדע שחוקר את המרחב – איפה דברים קורים ולמה דווקא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מהפכת התחבורה ומהפכת התקשורת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עולם משתנה: מבוא לגיאוגרפיה של הכפר הגלובלי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העולם לא השתנה בגודלו, אלא בקצב השינויים 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בזכות מהפכת התקשורת (אינטרנט, לוויינים)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עולם משתנה: מבוא לגיאוגרפיה של הכפר הגלובלי – מושגים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דומינו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עולם משתנה: מבוא לגיאוגרפיה של הכפר הגלובלי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(האזור שבו מתרחשים תהליכים ותופעות)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(נוף שנוצר בעקבות פעילות בני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(זמן, עלות או מאמץ להגעה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(מידת הקלות להתחבר למקום או לתשתית)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גלובליזציה: גורמים, מדדים ותרבות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ארגז מתכת אחיד שהוזיל את הובלת הסחורות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תאגיד ענק הפועל במדינות 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גלובליזציה: גורמים, מדדים ותרבות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שינויים פוליטיים כמו סיום המלחמה הקרה פתחו גבולות לסחורות, השקעות ואנשים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ארגונים בין-לאומיים מובילים שינויים כלכליים ופוליטיים שמקדמים גלובליזציה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גלובליזציה: גורמים, מדדים ותרבות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שוק חופשי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גלובליזציה: גורמים, מדדים ותרבות – יישום: מדדי גלובליות ועולמקומיות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(היקף סחר חוץ והשקעות זרות)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(אחוז האוכלוסייה המחוברת לאינטרנט)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(שיחות בין-לאומיות ותיירות נכנסת ויוצאת)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(חברות בארגונים בין-לאומיים והסכמים)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בעיות סביבתיות חוצות גבולות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בעיה שאינה עוצרת בגבול מדינה ומשפיעה על מקומות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היא משפיעה על מקום מצומצם אחד או מעט 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הסכם בין-לאומי להתמודדות עם שינוי האקלים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בעיות סביבתיות חוצות גבולות – מיון בעיות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(בעיה מקומית)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(בעיה חוצת גבולות)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(בעיה מקומית)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(בעיה חוצת גבולות)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בעיות סביבתיות חוצות גבולות – חשיבה והסבר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אי שוויון מרחבי בעולם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פיזיים, היסטוריים-פוליטיים,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שליטה של מעצמות בחלקים מאפריקה, אסיה ואמריקה הדרומית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אי שוויון מרחבי בעולם – עובדות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 – בידוד מהים מייקר את ההובלה ומייקר את יוקר המחיה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הרווחים הגדולים נשארים במדינות המפותחות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אי שוויון מרחבי בעולם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קולוניאליזם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חינוך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אי שוויון מרחבי בעולם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(גורם פיזי)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(גורם היסטורי-פוליטי)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(גורם גלובליזציה)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(גורם פיזי)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אוכלוסייה במרחב: תפרוסת ותהליכים דמוגרפיים – הבנה והיכרות עם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מספר הנפשות לקמ"ר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ריבוי טבעי והגירה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אוכלוסייה במרחב: תפרוסת ותהליכים דמוגרפיים – תרגול מושגים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רוב האוכלוסייה דחוסה בחלק קטן מהיבשה, ואזורים שלמים כמעט ריקים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ההגדרה המדויקת של ריבוי טבעי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אוכלוסייה במרחב: תפרוסת ותהליכים דמוגרפיים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דמוגרפיה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מתפתחת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אוכלוסייה במרחב: תפרוסת ותהליכים דמוגרפיים – התאמת גורמים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(גורם פיזי)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(גורם פיזי)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(גורם אנושי)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(גורם אנושי)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תחבורה ותקשורת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מרחק פיזי נמדד בק"מ; מרחק יחסי נמדד בזמן, עלות או קושי ההגעה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כלכליים, תקשורת, קשר אישי ושיתוף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מזהה נכון זוג גורמים (למשל אינטרנט/מכולה מול סיום מלחמה קרה) ומסבירה את הקשר ביניהם ולא רק מציינת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מנמקת למה הבעיה חוצה גבולות (למשל זיהום אוויר נע עם הרוח) ולא רק מתארת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לחמישה שיעורים, פרק אחד בכל שיעור, לפי סדר היחידות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למשימות ההבנה בלבד ולדלג על משימות היישום והאתגר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דיון קצר בכיתה אחרי כל פרק סביב שאלת הדילמה המופיעה בנושא המקביל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 משימות ה'אתגר' כעבודת העשרה עצמאית בבית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כפר עולמי: גיאוגרפיה לכיתה ז׳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עבדו בחוברת לפי סדר הפרקים, כל פרק מתאים לנושא אחר באתר. קראו כל קטע בעיון, ענו במשפטים שלמים ונסו לקשר בין דוגמה שלמדתם לדוגמה חדשה משלכם.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חינוך  ·  מתפתחת  ·  אנושי  ·  דמוגרפיה  ·  קולוניאליזם  ·  דומינו  ·  שוק חופשי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עולם משתנה: מבוא לגיאוגרפיה של הכפר הגלובלי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גיאוגרפיה לפי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מדע שחוקר רק מדינות ודגלים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מדע שחוקר את המרחב – איפה דברים קורים ולמה דווקא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מדע שחוקר רק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שתי מהפכות הפכו את העולם ל'כפר גלובלי'?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מהפכת המזון ומהפכת הלבוש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מהפכת התחבורה ומהפכת התקשורת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מהפכת החקלאות ומהפכת הדת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עולם משתנה: מבוא לגיאוגרפיה של הכפר הגלובלי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הקריאה, כדור הארץ השתנה בגודלו בעשרות השנים האחרונות.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כיום הודעה יכולה להגיע לצד השני של העולם תוך שבריר שנייה.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עולם משתנה: מבוא לגיאוגרפיה של הכפר הגלובלי – מושגים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רצף אירועים שמתחיל במקום אחד ומשפיע על מקומות אחרים נקרא אפקט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נוף שנוצר על ידי פעילות אנושית (כמו ערים או כבישים) נקרא נוף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עולם משתנה: מבוא לגיאוגרפיה של הכפר הגלובלי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מרחב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נוף שנוצר בעקבות פעילות בני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נוף אנושי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זמן, עלות או מאמץ להגעה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מרחק יחסי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מידת הקלות להתחבר למקום או לתשתית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נגישות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האזור שבו מתרחשים תהליכים ותופעות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גלובליזציה: גורמים, מדדים ותרבות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מכולה, ומה השפעתה על הסחר העולמי?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ארגז מתכת אחיד שהוזיל את הובלת הסחורות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כלי שיט ישן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מטבע בין-לאומי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חברה רב-לאומית?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תאגיד ענק הפועל במדינות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ארגון של מדינות עניות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בנק מקומי קטן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גלובליזציה: גורמים, מדדים ותרבות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סיום המלחמה הקרה ופתיחת הגבולות סייעו להאצת הגלובליזציה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ארגונים בין-לאומיים כמו האו"ם אינם קשורים כלל לגלובליזציה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גלובליזציה: גורמים, מדדים ותרבות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ה-__________ הוא משטר שבו עסקים פועלים בתחרות וביוזמה פרטית, עם מעט התערבות ממשלתית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גלובליזציה: גורמים, מדדים ותרבות – יישום: מדדי גלובליות ועולמקומיות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מדד כלכלי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שיחות בין-לאומיות ותיירות נכנסת ויוצאת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מדד תקשורת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חברות בארגונים בין-לאומיים והסכמים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מדד קשר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אחוז האוכלוסייה המחוברת לאינטרנט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מדד שיתוף 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היקף סחר חוץ והשקעות זרות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בעיות סביבתיות חוצות גבולות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בעיה סביבתית 'חוצת גבולות'?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בעיה שקיימת רק בגבול שבין שתי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בעיה שאינה עוצרת בגבול מדינה ומשפיעה על מקומות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בעיה שקשורה רק לצבא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מאפיין בעיה סביבתית מקומית?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היא משפיעה על מקום מצומצם אחד או מעט מקומות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היא משפיעה על כל העולם בבת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 אפשר לפתור אותה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הסכם פריז?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הסכם סחר בין מדינות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הסכם בין-לאומי להתמודדות עם שינוי האקלים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ארגון ספורט עולמי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בעיות סביבתיות חוצות גבולות – מיון בעיות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זיהום נחל בעיר מסוימת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בעיה חוצת גבולות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התחממות גלובלית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בעיה מקומית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פקקים בכביש עירוני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בעיה מקומית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זיהום אוקיינוסים ומקורות מים משותפים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בעיה חוצת גבולות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בעיות סביבתיות חוצות גבולות – חשיבה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אי שוויון מרחבי בעולם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אילו שלוש קטגוריות גורמים יוצרות אי שוויון מרחבי?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פיזיים, היסטוריים-פוליטיים, גלובליזציה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דתיים, צבאיים, ספורטיביים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אקלימיים, מוזיקליים, תרבותיים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קולוניאליזם?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הסכם סחר בין שתי מדינות שוות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שליטה של מעצמות בחלקים מאפריקה, אסיה ואמריקה הדרומית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ארגון בין-לאומי לשמירת שלום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אי שוויון מרחבי בעולם – עובדות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מדינה ללא יציאה לים משלמת פחות על הובלת סחורות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תאגידים בין-לאומיים נוטים למקם מחקר ופיתוח במדינות מפותחות וייצור זול במדינות מתפתחות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אי שוויון מרחבי בעולם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היא שליטה של מעצמות בחלקים מאפריקה, אסיה ואמריקה הדרומית, שיצרה יחסי שולט-נשלט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סינגפור ודרום קוריאה צמחו כלכלית בזכות השקעה ב__________, תשתיות ותעשייה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אי שוויון מרחבי בעולם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אקלים קיצוני ומחסור במים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גורם פיזי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קולוניאליזם ויחסי תלות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גורם גלובליזציה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תאגידים ממקמים רווחים במדינות מפותחות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גורם פיזי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בידוד גאוגרפי ומרחק מהים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גורם היסטורי-פוליטי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אוכלוסייה במרחב: תפרוסת ותהליכים דמוגרפיים – הבנה והיכרות עם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צפיפות אוכלוסייה?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מספר הערים במדינה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מספר הנפשות לקמ"ר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גובה ההרים באזור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שני כוחות קובעים אם אוכלוסייה גדלה או קטנה?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רעידות אדמה וגשמים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ריבוי טבעי והגירה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מלחמות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אוכלוסייה במרחב: תפרוסת ותהליכים דמוגרפיים – תרגול מושגים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תפרוסת האוכלוסייה בעולם אחידה – בני האדם מפוזרים באופן שווה על פני היבשה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ריבוי טבעי מחושב כילודה פחות תמותה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אוכלוסייה במרחב: תפרוסת ותהליכים דמוגרפיים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היא מדע האוכלוסייה החוקר גדילה, הגירה והזדקנות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פירמידת גילאים עם בסיס רחב מאוד מאפיינת בדרך כלל מדינה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אוכלוסייה במרחב: תפרוסת ותהליכים דמוגרפיים – התאמת גורמים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אקלים נוח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גורם אנושי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מים זמינים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גורם פיזי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תשתיות ותעסוקה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גורם פיזי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היסטוריה ופוליטיקה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גורם אנושי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אילו שתי מהפכות הפכו את העולם ל'כפר גלובלי'?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תחבורה ותקשורת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חקלאות ותעשייה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בריאות וחינוך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ההבדל בין מרחק פיזי למרחק יחסי?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הבדל, שני המושגים 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מרחק פיזי נמדד בק"מ; מרחק יחסי נמדד בזמן, עלות או קושי ההגעה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מרחק פיזי קיים רק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אילו סוגי מדדים משמשים למדוד גלובליות של 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כלכליים, תקשורת, קשר אישי ושיתוף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גודל שטח המדינה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תן/י דוגמה אחת לגורם טכנולוגי ודוגמה אחת לגורם פוליטי שהאיצו את הגלובליזציה, והסבר/י כיצד כל אחד מהם השפיע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בחר/י בעיה סביבתית חוצת גבולות אחת והסבר/י מדוע מדינה בודדת אינה יכולה לפתור אותה לבדה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כפר עולמי: גיאוגרפיה לכיתה ז׳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